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4C3B1" w14:textId="77777777" w:rsidR="002F6C79" w:rsidRDefault="00000000">
      <w:pPr>
        <w:spacing w:after="20"/>
        <w:jc w:val="center"/>
      </w:pPr>
      <w:r>
        <w:rPr>
          <w:b/>
          <w:sz w:val="28"/>
        </w:rPr>
        <w:t>TÉMAVEZETŐI SZAKMAI AJÁNLÁS</w:t>
      </w:r>
    </w:p>
    <w:p w14:paraId="7DC43689" w14:textId="77777777" w:rsidR="002F6C79" w:rsidRDefault="00000000">
      <w:pPr>
        <w:spacing w:after="100"/>
        <w:jc w:val="center"/>
        <w:rPr>
          <w:b/>
          <w:sz w:val="21"/>
        </w:rPr>
      </w:pPr>
      <w:r>
        <w:rPr>
          <w:b/>
          <w:sz w:val="21"/>
        </w:rPr>
        <w:t xml:space="preserve">a Kölcsey Ferenc </w:t>
      </w:r>
      <w:proofErr w:type="spellStart"/>
      <w:r>
        <w:rPr>
          <w:b/>
          <w:sz w:val="21"/>
        </w:rPr>
        <w:t>Szakkollégium</w:t>
      </w:r>
      <w:proofErr w:type="spellEnd"/>
      <w:r>
        <w:rPr>
          <w:b/>
          <w:sz w:val="21"/>
        </w:rPr>
        <w:t xml:space="preserve"> 2026/2027-es </w:t>
      </w:r>
      <w:proofErr w:type="spellStart"/>
      <w:r>
        <w:rPr>
          <w:b/>
          <w:sz w:val="21"/>
        </w:rPr>
        <w:t>tanévi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ösztöndíjpályázatához</w:t>
      </w:r>
      <w:proofErr w:type="spellEnd"/>
    </w:p>
    <w:p w14:paraId="45993DBA" w14:textId="77777777" w:rsidR="00A633D2" w:rsidRDefault="00A633D2">
      <w:pPr>
        <w:spacing w:after="100"/>
        <w:jc w:val="center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690"/>
      </w:tblGrid>
      <w:tr w:rsidR="002F6C79" w14:paraId="1E65AD80" w14:textId="77777777">
        <w:trPr>
          <w:jc w:val="center"/>
        </w:trPr>
        <w:tc>
          <w:tcPr>
            <w:tcW w:w="300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B6D32C8" w14:textId="77777777" w:rsidR="002F6C79" w:rsidRDefault="00000000">
            <w:pPr>
              <w:spacing w:after="0"/>
            </w:pPr>
            <w:r>
              <w:rPr>
                <w:b/>
                <w:sz w:val="18"/>
              </w:rPr>
              <w:t>A pályázó hallgató neve:</w:t>
            </w:r>
          </w:p>
        </w:tc>
        <w:tc>
          <w:tcPr>
            <w:tcW w:w="669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7421D2A" w14:textId="77777777" w:rsidR="002F6C79" w:rsidRDefault="00000000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 w:rsidR="002F6C79" w14:paraId="6E65A877" w14:textId="77777777">
        <w:trPr>
          <w:jc w:val="center"/>
        </w:trPr>
        <w:tc>
          <w:tcPr>
            <w:tcW w:w="300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DBDC7CA" w14:textId="77777777" w:rsidR="002F6C79" w:rsidRDefault="00000000">
            <w:pPr>
              <w:spacing w:after="0"/>
            </w:pPr>
            <w:r>
              <w:rPr>
                <w:b/>
                <w:sz w:val="18"/>
              </w:rPr>
              <w:t>Képzés, szak, évfolyam:</w:t>
            </w:r>
          </w:p>
        </w:tc>
        <w:tc>
          <w:tcPr>
            <w:tcW w:w="669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4A66461" w14:textId="77777777" w:rsidR="002F6C79" w:rsidRDefault="00000000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 w:rsidR="002F6C79" w14:paraId="478F3752" w14:textId="77777777">
        <w:trPr>
          <w:jc w:val="center"/>
        </w:trPr>
        <w:tc>
          <w:tcPr>
            <w:tcW w:w="300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CFCC528" w14:textId="77777777" w:rsidR="002F6C79" w:rsidRDefault="00000000">
            <w:pPr>
              <w:spacing w:after="0"/>
            </w:pPr>
            <w:r>
              <w:rPr>
                <w:b/>
                <w:sz w:val="18"/>
              </w:rPr>
              <w:t>A választott témavezető neve:</w:t>
            </w:r>
          </w:p>
        </w:tc>
        <w:tc>
          <w:tcPr>
            <w:tcW w:w="669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82466FA" w14:textId="77777777" w:rsidR="002F6C79" w:rsidRDefault="00000000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 w:rsidR="002F6C79" w14:paraId="6BB8A272" w14:textId="77777777">
        <w:trPr>
          <w:jc w:val="center"/>
        </w:trPr>
        <w:tc>
          <w:tcPr>
            <w:tcW w:w="300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C4A2EF6" w14:textId="77777777" w:rsidR="002F6C79" w:rsidRDefault="00000000">
            <w:pPr>
              <w:spacing w:after="0"/>
            </w:pPr>
            <w:r>
              <w:rPr>
                <w:b/>
                <w:sz w:val="18"/>
              </w:rPr>
              <w:t>A témavezető beosztása:</w:t>
            </w:r>
          </w:p>
        </w:tc>
        <w:tc>
          <w:tcPr>
            <w:tcW w:w="669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4F87BF8" w14:textId="77777777" w:rsidR="002F6C79" w:rsidRDefault="00000000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 w:rsidR="002F6C79" w14:paraId="16014567" w14:textId="77777777">
        <w:trPr>
          <w:jc w:val="center"/>
        </w:trPr>
        <w:tc>
          <w:tcPr>
            <w:tcW w:w="300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53CE8F3" w14:textId="77777777" w:rsidR="002F6C79" w:rsidRDefault="00000000">
            <w:pPr>
              <w:spacing w:after="0"/>
            </w:pPr>
            <w:r>
              <w:rPr>
                <w:b/>
                <w:sz w:val="18"/>
              </w:rPr>
              <w:t>A témavezető intézménye:</w:t>
            </w:r>
          </w:p>
        </w:tc>
        <w:tc>
          <w:tcPr>
            <w:tcW w:w="669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CC17DBB" w14:textId="77777777" w:rsidR="002F6C79" w:rsidRDefault="00000000">
            <w:pPr>
              <w:spacing w:after="0"/>
            </w:pPr>
            <w:r>
              <w:rPr>
                <w:sz w:val="18"/>
              </w:rPr>
              <w:t>II. Rákóczi Ferenc Kárpátaljai Magyar Egyetem</w:t>
            </w:r>
          </w:p>
        </w:tc>
      </w:tr>
    </w:tbl>
    <w:p w14:paraId="7D2286BD" w14:textId="77777777" w:rsidR="002F6C79" w:rsidRDefault="002F6C79">
      <w:pPr>
        <w:spacing w:after="0"/>
      </w:pPr>
    </w:p>
    <w:p w14:paraId="4DA13E57" w14:textId="1E1379AD" w:rsidR="002F6C79" w:rsidRDefault="00000000">
      <w:pPr>
        <w:spacing w:after="0"/>
      </w:pPr>
      <w:r>
        <w:rPr>
          <w:b/>
        </w:rPr>
        <w:t xml:space="preserve">A </w:t>
      </w:r>
      <w:proofErr w:type="spellStart"/>
      <w:r w:rsidR="00A633D2">
        <w:rPr>
          <w:b/>
        </w:rPr>
        <w:t>hallgató</w:t>
      </w:r>
      <w:proofErr w:type="spellEnd"/>
      <w:r w:rsidR="00A633D2">
        <w:rPr>
          <w:b/>
        </w:rPr>
        <w:t xml:space="preserve"> </w:t>
      </w:r>
      <w:proofErr w:type="spellStart"/>
      <w:r>
        <w:rPr>
          <w:b/>
        </w:rPr>
        <w:t>tervezett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tudományos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teljesítmény</w:t>
      </w:r>
      <w:r w:rsidR="00A633D2">
        <w:rPr>
          <w:b/>
        </w:rPr>
        <w:t>e</w:t>
      </w:r>
      <w:proofErr w:type="spellEnd"/>
      <w:r>
        <w:rPr>
          <w:b/>
        </w:rPr>
        <w:t>:</w:t>
      </w:r>
    </w:p>
    <w:p w14:paraId="4E364DA3" w14:textId="77777777" w:rsidR="00A633D2" w:rsidRDefault="00A633D2">
      <w:pPr>
        <w:spacing w:after="0"/>
      </w:pPr>
    </w:p>
    <w:p w14:paraId="3DE17AE7" w14:textId="22E1DF0A" w:rsidR="002F6C79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0E34CDF5" w14:textId="77777777" w:rsidR="002F6C79" w:rsidRDefault="00000000">
      <w:pPr>
        <w:spacing w:after="60"/>
        <w:ind w:left="198"/>
      </w:pPr>
      <w:r>
        <w:rPr>
          <w:i/>
          <w:sz w:val="17"/>
        </w:rPr>
        <w:t>(pl. TDK-előadás, absztrakt készítése, adatbázis összeállítása, forrásfeldolgozás, publikáció, kutatásszervezés vagy egyéb tudományos teljesítmény)</w:t>
      </w:r>
    </w:p>
    <w:p w14:paraId="1ACDE1E9" w14:textId="77777777" w:rsidR="002F6C79" w:rsidRDefault="00000000" w:rsidP="00A633D2">
      <w:pPr>
        <w:spacing w:after="20"/>
        <w:jc w:val="center"/>
      </w:pPr>
      <w:r>
        <w:rPr>
          <w:b/>
          <w:sz w:val="22"/>
        </w:rPr>
        <w:t>SZAKMAI AJÁNLÁS</w:t>
      </w:r>
    </w:p>
    <w:p w14:paraId="7B85A008" w14:textId="77777777" w:rsidR="00A633D2" w:rsidRDefault="00A633D2">
      <w:pPr>
        <w:jc w:val="both"/>
      </w:pPr>
    </w:p>
    <w:p w14:paraId="67605A12" w14:textId="7CA61E78" w:rsidR="002F6C79" w:rsidRDefault="00000000">
      <w:pPr>
        <w:jc w:val="both"/>
      </w:pPr>
      <w:r>
        <w:t>........................................................................................................................</w:t>
      </w:r>
      <w:r w:rsidR="00A633D2">
        <w:t>(név)</w:t>
      </w:r>
      <w:r>
        <w:t xml:space="preserve"> </w:t>
      </w:r>
      <w:proofErr w:type="spellStart"/>
      <w:r>
        <w:t>hallgatót</w:t>
      </w:r>
      <w:proofErr w:type="spellEnd"/>
      <w:r>
        <w:t xml:space="preserve"> </w:t>
      </w:r>
      <w:proofErr w:type="spellStart"/>
      <w:r>
        <w:t>tanulmányai</w:t>
      </w:r>
      <w:proofErr w:type="spellEnd"/>
      <w:r>
        <w:t xml:space="preserve">, </w:t>
      </w:r>
      <w:proofErr w:type="spellStart"/>
      <w:r>
        <w:t>szakmai</w:t>
      </w:r>
      <w:proofErr w:type="spellEnd"/>
      <w:r>
        <w:t xml:space="preserve"> és tudományos tevékenysége alapján a Kölcsey Ferenc Szakkollégium 2026/2027-es tanévi ösztöndíjprogramjában való részvételre ajánlom.</w:t>
      </w:r>
    </w:p>
    <w:p w14:paraId="766C47BE" w14:textId="732839DE" w:rsidR="002F6C79" w:rsidRDefault="00A633D2">
      <w:pPr>
        <w:spacing w:after="0"/>
      </w:pPr>
      <w:r>
        <w:rPr>
          <w:rFonts w:cs="Arial"/>
        </w:rPr>
        <w:t>[</w:t>
      </w:r>
      <w:r w:rsidRPr="00A633D2">
        <w:rPr>
          <w:rFonts w:cs="Arial"/>
          <w:i/>
          <w:iCs/>
        </w:rPr>
        <w:t xml:space="preserve">A </w:t>
      </w:r>
      <w:proofErr w:type="spellStart"/>
      <w:r w:rsidRPr="00A633D2">
        <w:rPr>
          <w:rFonts w:cs="Arial"/>
          <w:i/>
          <w:iCs/>
        </w:rPr>
        <w:t>hallgató</w:t>
      </w:r>
      <w:proofErr w:type="spellEnd"/>
      <w:r w:rsidRPr="00A633D2">
        <w:rPr>
          <w:rFonts w:cs="Arial"/>
          <w:i/>
          <w:iCs/>
        </w:rPr>
        <w:t xml:space="preserve"> </w:t>
      </w:r>
      <w:proofErr w:type="spellStart"/>
      <w:r w:rsidRPr="00A633D2">
        <w:rPr>
          <w:rFonts w:cs="Arial"/>
          <w:i/>
          <w:iCs/>
        </w:rPr>
        <w:t>alkalmasságának</w:t>
      </w:r>
      <w:proofErr w:type="spellEnd"/>
      <w:r w:rsidRPr="00A633D2">
        <w:rPr>
          <w:rFonts w:cs="Arial"/>
          <w:i/>
          <w:iCs/>
        </w:rPr>
        <w:t xml:space="preserve"> </w:t>
      </w:r>
      <w:proofErr w:type="spellStart"/>
      <w:r w:rsidRPr="00A633D2">
        <w:rPr>
          <w:rFonts w:cs="Arial"/>
          <w:i/>
          <w:iCs/>
        </w:rPr>
        <w:t>rövid</w:t>
      </w:r>
      <w:proofErr w:type="spellEnd"/>
      <w:r w:rsidRPr="00A633D2">
        <w:rPr>
          <w:rFonts w:cs="Arial"/>
          <w:i/>
          <w:iCs/>
        </w:rPr>
        <w:t xml:space="preserve"> </w:t>
      </w:r>
      <w:proofErr w:type="spellStart"/>
      <w:r w:rsidRPr="00A633D2">
        <w:rPr>
          <w:rFonts w:cs="Arial"/>
          <w:i/>
          <w:iCs/>
        </w:rPr>
        <w:t>jellemzése</w:t>
      </w:r>
      <w:proofErr w:type="spellEnd"/>
      <w:r>
        <w:rPr>
          <w:rFonts w:cs="Arial"/>
        </w:rPr>
        <w:t>]</w:t>
      </w:r>
    </w:p>
    <w:p w14:paraId="330930BF" w14:textId="77777777" w:rsidR="002F6C79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029FD872" w14:textId="77777777" w:rsidR="002F6C79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493F44B6" w14:textId="77777777" w:rsidR="002F6C79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7992A604" w14:textId="77777777" w:rsidR="00A633D2" w:rsidRDefault="00A633D2">
      <w:pPr>
        <w:jc w:val="both"/>
      </w:pPr>
    </w:p>
    <w:p w14:paraId="618A0351" w14:textId="58741D3E" w:rsidR="002F6C79" w:rsidRDefault="00000000">
      <w:pPr>
        <w:jc w:val="both"/>
      </w:pPr>
      <w:r>
        <w:t xml:space="preserve">A </w:t>
      </w:r>
      <w:proofErr w:type="spellStart"/>
      <w:r>
        <w:t>hallgató</w:t>
      </w:r>
      <w:proofErr w:type="spellEnd"/>
      <w:r>
        <w:t xml:space="preserve"> </w:t>
      </w:r>
      <w:proofErr w:type="spellStart"/>
      <w:r>
        <w:t>tervezett</w:t>
      </w:r>
      <w:proofErr w:type="spellEnd"/>
      <w:r>
        <w:t xml:space="preserve"> </w:t>
      </w:r>
      <w:proofErr w:type="spellStart"/>
      <w:r>
        <w:t>kutatási</w:t>
      </w:r>
      <w:proofErr w:type="spellEnd"/>
      <w:r>
        <w:t xml:space="preserve"> </w:t>
      </w:r>
      <w:proofErr w:type="spellStart"/>
      <w:r>
        <w:t>munkáját</w:t>
      </w:r>
      <w:proofErr w:type="spellEnd"/>
      <w:r>
        <w:t xml:space="preserve"> és annak megvalósítását támogatom, és szakmai fejlődése szempontjából indokoltnak tartom a Kölcsey Ferenc Szakkollégium </w:t>
      </w:r>
      <w:proofErr w:type="spellStart"/>
      <w:r>
        <w:t>tehetséggondozó</w:t>
      </w:r>
      <w:proofErr w:type="spellEnd"/>
      <w:r>
        <w:t xml:space="preserve"> </w:t>
      </w:r>
      <w:proofErr w:type="spellStart"/>
      <w:r>
        <w:t>programjában</w:t>
      </w:r>
      <w:proofErr w:type="spellEnd"/>
      <w:r>
        <w:t xml:space="preserve"> </w:t>
      </w:r>
      <w:proofErr w:type="spellStart"/>
      <w:r>
        <w:t>való</w:t>
      </w:r>
      <w:proofErr w:type="spellEnd"/>
      <w:r>
        <w:t xml:space="preserve"> </w:t>
      </w:r>
      <w:proofErr w:type="spellStart"/>
      <w:r>
        <w:t>részvételét</w:t>
      </w:r>
      <w:proofErr w:type="spellEnd"/>
      <w:r>
        <w:t>.</w:t>
      </w:r>
    </w:p>
    <w:p w14:paraId="71E9305F" w14:textId="77777777" w:rsidR="00A633D2" w:rsidRDefault="00A633D2">
      <w:pPr>
        <w:jc w:val="both"/>
      </w:pPr>
    </w:p>
    <w:p w14:paraId="06AE12B2" w14:textId="0773DB45" w:rsidR="002F6C79" w:rsidRDefault="00000000">
      <w:pPr>
        <w:spacing w:after="60"/>
        <w:jc w:val="both"/>
        <w:rPr>
          <w:b/>
        </w:rPr>
      </w:pPr>
      <w:r>
        <w:rPr>
          <w:b/>
        </w:rPr>
        <w:t xml:space="preserve">A fentiek alapján </w:t>
      </w:r>
      <w:r>
        <w:t>................................................................................................................</w:t>
      </w:r>
      <w:r w:rsidR="00A633D2">
        <w:t>(név)</w:t>
      </w:r>
      <w:r>
        <w:t xml:space="preserve"> </w:t>
      </w:r>
      <w:r>
        <w:rPr>
          <w:b/>
        </w:rPr>
        <w:t xml:space="preserve">hallgatót a Kölcsey Ferenc Szakkollégium 2026/2027-es tanévi ösztöndíjprogramjában való részvételre témavezetőként </w:t>
      </w:r>
      <w:proofErr w:type="spellStart"/>
      <w:r>
        <w:rPr>
          <w:b/>
        </w:rPr>
        <w:t>szakmailag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támogatom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ajánlom</w:t>
      </w:r>
      <w:proofErr w:type="spellEnd"/>
      <w:r>
        <w:rPr>
          <w:b/>
        </w:rPr>
        <w:t>.</w:t>
      </w:r>
    </w:p>
    <w:p w14:paraId="288D998C" w14:textId="77777777" w:rsidR="00A633D2" w:rsidRDefault="00A633D2">
      <w:pPr>
        <w:spacing w:after="60"/>
        <w:jc w:val="both"/>
      </w:pPr>
    </w:p>
    <w:p w14:paraId="5F0FE917" w14:textId="77777777" w:rsidR="002F6C79" w:rsidRDefault="00000000" w:rsidP="00A633D2">
      <w:pPr>
        <w:spacing w:after="20"/>
        <w:jc w:val="center"/>
      </w:pPr>
      <w:r>
        <w:rPr>
          <w:b/>
          <w:sz w:val="22"/>
        </w:rPr>
        <w:t>TÉMAVEZETŐI NYILATKOZAT</w:t>
      </w:r>
    </w:p>
    <w:p w14:paraId="3C761EF2" w14:textId="77777777" w:rsidR="00A633D2" w:rsidRDefault="00A633D2">
      <w:pPr>
        <w:jc w:val="both"/>
      </w:pPr>
    </w:p>
    <w:p w14:paraId="006DFA91" w14:textId="6161EFD0" w:rsidR="002F6C79" w:rsidRDefault="00000000">
      <w:pPr>
        <w:jc w:val="both"/>
      </w:pPr>
      <w:proofErr w:type="spellStart"/>
      <w:r>
        <w:t>Alulírott</w:t>
      </w:r>
      <w:proofErr w:type="spellEnd"/>
      <w:r>
        <w:t xml:space="preserve"> ................................................................................................................</w:t>
      </w:r>
      <w:r w:rsidR="00A633D2">
        <w:t>(név)</w:t>
      </w:r>
      <w:r>
        <w:t xml:space="preserve">, </w:t>
      </w:r>
      <w:proofErr w:type="gramStart"/>
      <w:r>
        <w:t>a</w:t>
      </w:r>
      <w:proofErr w:type="gramEnd"/>
      <w:r>
        <w:t xml:space="preserve"> II. Rákóczi Ferenc Kárpátaljai Magyar Egyetem ................................................................................................................</w:t>
      </w:r>
      <w:r w:rsidR="00A633D2">
        <w:t>(beosztás)</w:t>
      </w:r>
      <w:r>
        <w:t xml:space="preserve"> </w:t>
      </w:r>
      <w:proofErr w:type="spellStart"/>
      <w:r>
        <w:t>beosztású</w:t>
      </w:r>
      <w:proofErr w:type="spellEnd"/>
      <w:r>
        <w:t xml:space="preserve"> </w:t>
      </w:r>
      <w:proofErr w:type="spellStart"/>
      <w:r>
        <w:t>oktatója</w:t>
      </w:r>
      <w:proofErr w:type="spellEnd"/>
      <w:r>
        <w:t xml:space="preserve"> </w:t>
      </w:r>
      <w:proofErr w:type="spellStart"/>
      <w:r>
        <w:t>kijelentem</w:t>
      </w:r>
      <w:proofErr w:type="spellEnd"/>
      <w:r>
        <w:t>, hogy ................................................................................................................</w:t>
      </w:r>
      <w:r w:rsidR="00A633D2">
        <w:t>(név)</w:t>
      </w:r>
      <w:r>
        <w:t xml:space="preserve"> </w:t>
      </w:r>
      <w:proofErr w:type="spellStart"/>
      <w:r>
        <w:t>hallgató</w:t>
      </w:r>
      <w:proofErr w:type="spellEnd"/>
      <w:r>
        <w:t xml:space="preserve"> </w:t>
      </w:r>
      <w:proofErr w:type="spellStart"/>
      <w:r>
        <w:t>témavezetői</w:t>
      </w:r>
      <w:proofErr w:type="spellEnd"/>
      <w:r>
        <w:t xml:space="preserve"> </w:t>
      </w:r>
      <w:proofErr w:type="spellStart"/>
      <w:r>
        <w:t>szakmai</w:t>
      </w:r>
      <w:proofErr w:type="spellEnd"/>
      <w:r>
        <w:t xml:space="preserve"> </w:t>
      </w:r>
      <w:proofErr w:type="spellStart"/>
      <w:r>
        <w:t>irányítását</w:t>
      </w:r>
      <w:proofErr w:type="spellEnd"/>
      <w:r>
        <w:t xml:space="preserve"> a Kölcsey Ferenc </w:t>
      </w:r>
      <w:proofErr w:type="spellStart"/>
      <w:r>
        <w:t>Szakkollégium</w:t>
      </w:r>
      <w:proofErr w:type="spellEnd"/>
      <w:r>
        <w:t xml:space="preserve"> 2026/2027-es tanévi ösztöndíjas időszakának teljes időtartama alatt vállalom.</w:t>
      </w:r>
    </w:p>
    <w:p w14:paraId="16322CAC" w14:textId="77777777" w:rsidR="002F6C79" w:rsidRDefault="00000000">
      <w:pPr>
        <w:spacing w:after="100"/>
        <w:jc w:val="both"/>
      </w:pPr>
      <w:r>
        <w:t xml:space="preserve">Vállalom, hogy a hallgató szakmai és tudományos munkáját rendszeres konzultációval segítem, kutatási tevékenységét figyelemmel kísérem, és közreműködöm az ösztöndíjas időszak végére </w:t>
      </w:r>
      <w:proofErr w:type="spellStart"/>
      <w:r>
        <w:t>vállalt</w:t>
      </w:r>
      <w:proofErr w:type="spellEnd"/>
      <w:r>
        <w:t xml:space="preserve"> </w:t>
      </w:r>
      <w:proofErr w:type="spellStart"/>
      <w:r>
        <w:t>tudományos</w:t>
      </w:r>
      <w:proofErr w:type="spellEnd"/>
      <w:r>
        <w:t xml:space="preserve"> </w:t>
      </w:r>
      <w:proofErr w:type="spellStart"/>
      <w:r>
        <w:t>teljesítmény</w:t>
      </w:r>
      <w:proofErr w:type="spellEnd"/>
      <w:r>
        <w:t xml:space="preserve"> </w:t>
      </w:r>
      <w:proofErr w:type="spellStart"/>
      <w:r>
        <w:t>megvalósításában</w:t>
      </w:r>
      <w:proofErr w:type="spellEnd"/>
      <w:r>
        <w:t>.</w:t>
      </w:r>
    </w:p>
    <w:p w14:paraId="1C2EDF8B" w14:textId="77777777" w:rsidR="00A633D2" w:rsidRDefault="00A633D2">
      <w:pPr>
        <w:spacing w:after="100"/>
        <w:jc w:val="both"/>
      </w:pPr>
    </w:p>
    <w:p w14:paraId="1DE88B78" w14:textId="77777777" w:rsidR="002F6C79" w:rsidRDefault="00000000">
      <w:pPr>
        <w:spacing w:after="100"/>
      </w:pPr>
      <w:r>
        <w:rPr>
          <w:b/>
        </w:rPr>
        <w:t xml:space="preserve">Kelt: </w:t>
      </w:r>
      <w:r>
        <w:t>............................................................, 2026. ............................................................</w:t>
      </w:r>
    </w:p>
    <w:p w14:paraId="7D3B366C" w14:textId="0DEB57D9" w:rsidR="002F6C79" w:rsidRDefault="00000000">
      <w:pPr>
        <w:spacing w:after="0"/>
        <w:jc w:val="right"/>
      </w:pPr>
      <w:r>
        <w:t>......................................</w:t>
      </w:r>
    </w:p>
    <w:p w14:paraId="63A3BBCA" w14:textId="77777777" w:rsidR="002F6C79" w:rsidRDefault="00000000">
      <w:pPr>
        <w:spacing w:after="0"/>
        <w:jc w:val="right"/>
      </w:pPr>
      <w:r>
        <w:rPr>
          <w:i/>
          <w:sz w:val="18"/>
        </w:rPr>
        <w:t>témavezető aláírása</w:t>
      </w:r>
    </w:p>
    <w:sectPr w:rsidR="002F6C79" w:rsidSect="00034616">
      <w:footerReference w:type="default" r:id="rId8"/>
      <w:pgSz w:w="12240" w:h="15840"/>
      <w:pgMar w:top="709" w:right="992" w:bottom="709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487BC" w14:textId="77777777" w:rsidR="00754BC1" w:rsidRDefault="00754BC1">
      <w:pPr>
        <w:spacing w:after="0"/>
      </w:pPr>
      <w:r>
        <w:separator/>
      </w:r>
    </w:p>
  </w:endnote>
  <w:endnote w:type="continuationSeparator" w:id="0">
    <w:p w14:paraId="5A98333A" w14:textId="77777777" w:rsidR="00754BC1" w:rsidRDefault="00754B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63A70" w14:textId="77777777" w:rsidR="002F6C79" w:rsidRDefault="00000000">
    <w:pPr>
      <w:pStyle w:val="llb"/>
      <w:jc w:val="center"/>
    </w:pPr>
    <w:r>
      <w:rPr>
        <w:sz w:val="15"/>
      </w:rPr>
      <w:t xml:space="preserve">Kölcsey Ferenc </w:t>
    </w:r>
    <w:proofErr w:type="spellStart"/>
    <w:r>
      <w:rPr>
        <w:sz w:val="15"/>
      </w:rPr>
      <w:t>Szakkollégium</w:t>
    </w:r>
    <w:proofErr w:type="spellEnd"/>
    <w:r>
      <w:rPr>
        <w:sz w:val="15"/>
      </w:rPr>
      <w:t xml:space="preserve"> – 2026/2027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22E94" w14:textId="77777777" w:rsidR="00754BC1" w:rsidRDefault="00754BC1">
      <w:pPr>
        <w:spacing w:after="0"/>
      </w:pPr>
      <w:r>
        <w:separator/>
      </w:r>
    </w:p>
  </w:footnote>
  <w:footnote w:type="continuationSeparator" w:id="0">
    <w:p w14:paraId="60D637AE" w14:textId="77777777" w:rsidR="00754BC1" w:rsidRDefault="00754B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298038">
    <w:abstractNumId w:val="8"/>
  </w:num>
  <w:num w:numId="2" w16cid:durableId="84615331">
    <w:abstractNumId w:val="6"/>
  </w:num>
  <w:num w:numId="3" w16cid:durableId="812915482">
    <w:abstractNumId w:val="5"/>
  </w:num>
  <w:num w:numId="4" w16cid:durableId="1437410878">
    <w:abstractNumId w:val="4"/>
  </w:num>
  <w:num w:numId="5" w16cid:durableId="641615944">
    <w:abstractNumId w:val="7"/>
  </w:num>
  <w:num w:numId="6" w16cid:durableId="384332422">
    <w:abstractNumId w:val="3"/>
  </w:num>
  <w:num w:numId="7" w16cid:durableId="406536357">
    <w:abstractNumId w:val="2"/>
  </w:num>
  <w:num w:numId="8" w16cid:durableId="838621705">
    <w:abstractNumId w:val="1"/>
  </w:num>
  <w:num w:numId="9" w16cid:durableId="155322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6C79"/>
    <w:rsid w:val="00326F90"/>
    <w:rsid w:val="00754BC1"/>
    <w:rsid w:val="00A633D2"/>
    <w:rsid w:val="00AA1D8D"/>
    <w:rsid w:val="00B47730"/>
    <w:rsid w:val="00C44F0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956C5"/>
  <w14:defaultImageDpi w14:val="300"/>
  <w15:docId w15:val="{BB5B0774-3C0F-4990-AA42-E2D504B5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40" w:line="240" w:lineRule="auto"/>
    </w:pPr>
    <w:rPr>
      <w:rFonts w:ascii="Arial" w:hAnsi="Arial"/>
      <w:sz w:val="19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Molnár Ferenc</cp:lastModifiedBy>
  <cp:revision>2</cp:revision>
  <dcterms:created xsi:type="dcterms:W3CDTF">2013-12-23T23:15:00Z</dcterms:created>
  <dcterms:modified xsi:type="dcterms:W3CDTF">2026-08-21T04:32:00Z</dcterms:modified>
  <cp:category/>
</cp:coreProperties>
</file>